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C5CC6" w14:textId="34140FD1" w:rsidR="008357FA" w:rsidRPr="00F83ECF" w:rsidRDefault="008357FA" w:rsidP="008357FA">
      <w:pPr>
        <w:rPr>
          <w:rFonts w:ascii="Fira Sans" w:hAnsi="Fira Sans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96"/>
        <w:gridCol w:w="5394"/>
      </w:tblGrid>
      <w:tr w:rsidR="008357FA" w14:paraId="6DCAF17D" w14:textId="77777777" w:rsidTr="008357FA">
        <w:tc>
          <w:tcPr>
            <w:tcW w:w="5470" w:type="dxa"/>
          </w:tcPr>
          <w:p w14:paraId="06D20315" w14:textId="7DC48CB6" w:rsidR="008357FA" w:rsidRPr="008357FA" w:rsidRDefault="008357FA" w:rsidP="008357FA">
            <w:pPr>
              <w:pStyle w:val="Titre2"/>
              <w:spacing w:line="276" w:lineRule="auto"/>
              <w:rPr>
                <w:rFonts w:ascii="Fira Sans" w:hAnsi="Fira Sans"/>
                <w:color w:val="06835A"/>
                <w:lang w:val="fr-BE"/>
              </w:rPr>
            </w:pPr>
            <w:r w:rsidRPr="00F83ECF">
              <w:rPr>
                <w:rFonts w:ascii="Fira Sans" w:hAnsi="Fira Sans"/>
                <w:color w:val="06835A"/>
                <w:lang w:val="fr-BE"/>
              </w:rPr>
              <w:t>Dates de la formation</w:t>
            </w:r>
          </w:p>
        </w:tc>
        <w:tc>
          <w:tcPr>
            <w:tcW w:w="5470" w:type="dxa"/>
          </w:tcPr>
          <w:p w14:paraId="41CCEDC8" w14:textId="6E29129C" w:rsidR="008357FA" w:rsidRPr="008357FA" w:rsidRDefault="008357FA" w:rsidP="008357FA">
            <w:pPr>
              <w:pStyle w:val="Titre2"/>
              <w:spacing w:line="276" w:lineRule="auto"/>
              <w:rPr>
                <w:rFonts w:ascii="Fira Sans" w:hAnsi="Fira Sans"/>
                <w:color w:val="06835A"/>
                <w:lang w:val="fr-BE"/>
              </w:rPr>
            </w:pPr>
            <w:r w:rsidRPr="00F83ECF">
              <w:rPr>
                <w:rFonts w:ascii="Fira Sans" w:hAnsi="Fira Sans"/>
                <w:color w:val="06835A"/>
                <w:lang w:val="fr-BE"/>
              </w:rPr>
              <w:t>Lieu</w:t>
            </w:r>
          </w:p>
        </w:tc>
      </w:tr>
      <w:tr w:rsidR="008357FA" w:rsidRPr="00C434A7" w14:paraId="18AADD0C" w14:textId="77777777" w:rsidTr="008357FA">
        <w:tc>
          <w:tcPr>
            <w:tcW w:w="5470" w:type="dxa"/>
          </w:tcPr>
          <w:p w14:paraId="4C1A2D32" w14:textId="77777777" w:rsidR="002555DD" w:rsidRDefault="002555DD" w:rsidP="008357FA">
            <w:pPr>
              <w:spacing w:line="276" w:lineRule="auto"/>
              <w:rPr>
                <w:rFonts w:ascii="Fira Sans" w:hAnsi="Fira Sans"/>
                <w:lang w:val="fr-BE"/>
              </w:rPr>
            </w:pPr>
          </w:p>
          <w:p w14:paraId="48D5078E" w14:textId="46EE197D" w:rsidR="008357FA" w:rsidRDefault="008357FA" w:rsidP="008357FA">
            <w:pPr>
              <w:spacing w:line="276" w:lineRule="auto"/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t xml:space="preserve">• </w:t>
            </w:r>
            <w:r w:rsidR="00AF2CE5">
              <w:rPr>
                <w:rFonts w:ascii="Fira Sans" w:hAnsi="Fira Sans"/>
                <w:lang w:val="fr-BE"/>
              </w:rPr>
              <w:t>6 novembre</w:t>
            </w:r>
            <w:r w:rsidRPr="00F83ECF">
              <w:rPr>
                <w:rFonts w:ascii="Fira Sans" w:hAnsi="Fira Sans"/>
                <w:lang w:val="fr-BE"/>
              </w:rPr>
              <w:t xml:space="preserve"> 2025</w:t>
            </w:r>
            <w:r w:rsidRPr="00F83ECF">
              <w:rPr>
                <w:rFonts w:ascii="Fira Sans" w:hAnsi="Fira Sans"/>
                <w:lang w:val="fr-BE"/>
              </w:rPr>
              <w:br/>
              <w:t xml:space="preserve">• </w:t>
            </w:r>
            <w:r w:rsidR="00AF2CE5">
              <w:rPr>
                <w:rFonts w:ascii="Fira Sans" w:hAnsi="Fira Sans"/>
                <w:lang w:val="fr-BE"/>
              </w:rPr>
              <w:t>7 novembre</w:t>
            </w:r>
            <w:r w:rsidRPr="00F83ECF">
              <w:rPr>
                <w:rFonts w:ascii="Fira Sans" w:hAnsi="Fira Sans"/>
                <w:lang w:val="fr-BE"/>
              </w:rPr>
              <w:t xml:space="preserve"> 2025</w:t>
            </w:r>
            <w:r w:rsidRPr="00F83ECF">
              <w:rPr>
                <w:rFonts w:ascii="Fira Sans" w:hAnsi="Fira Sans"/>
                <w:lang w:val="fr-BE"/>
              </w:rPr>
              <w:br/>
              <w:t xml:space="preserve">• </w:t>
            </w:r>
            <w:r w:rsidR="00AF2CE5">
              <w:rPr>
                <w:rFonts w:ascii="Fira Sans" w:hAnsi="Fira Sans"/>
                <w:lang w:val="fr-BE"/>
              </w:rPr>
              <w:t xml:space="preserve">7 mai </w:t>
            </w:r>
            <w:r w:rsidRPr="00F83ECF">
              <w:rPr>
                <w:rFonts w:ascii="Fira Sans" w:hAnsi="Fira Sans"/>
                <w:lang w:val="fr-BE"/>
              </w:rPr>
              <w:t>202</w:t>
            </w:r>
            <w:r w:rsidR="00AF2CE5">
              <w:rPr>
                <w:rFonts w:ascii="Fira Sans" w:hAnsi="Fira Sans"/>
                <w:lang w:val="fr-BE"/>
              </w:rPr>
              <w:t>6</w:t>
            </w:r>
            <w:r w:rsidRPr="00F83ECF">
              <w:rPr>
                <w:rFonts w:ascii="Fira Sans" w:hAnsi="Fira Sans"/>
                <w:lang w:val="fr-BE"/>
              </w:rPr>
              <w:br/>
              <w:t xml:space="preserve">• </w:t>
            </w:r>
            <w:r w:rsidR="00AF2CE5">
              <w:rPr>
                <w:rFonts w:ascii="Fira Sans" w:hAnsi="Fira Sans"/>
                <w:lang w:val="fr-BE"/>
              </w:rPr>
              <w:t>8 mai 2026</w:t>
            </w:r>
          </w:p>
          <w:p w14:paraId="2F8F9DF7" w14:textId="77777777" w:rsidR="008357FA" w:rsidRPr="00F83ECF" w:rsidRDefault="008357FA" w:rsidP="008357FA">
            <w:pPr>
              <w:pStyle w:val="Titre2"/>
              <w:rPr>
                <w:rFonts w:ascii="Fira Sans" w:hAnsi="Fira Sans"/>
                <w:color w:val="06835A"/>
                <w:lang w:val="fr-BE"/>
              </w:rPr>
            </w:pPr>
            <w:r w:rsidRPr="00F83ECF">
              <w:rPr>
                <w:rFonts w:ascii="Fira Sans" w:hAnsi="Fira Sans"/>
                <w:color w:val="06835A"/>
                <w:lang w:val="fr-BE"/>
              </w:rPr>
              <w:t>Horaire</w:t>
            </w:r>
          </w:p>
          <w:p w14:paraId="1D9F2E77" w14:textId="3F7D28B7" w:rsidR="008357FA" w:rsidRDefault="008357FA" w:rsidP="008357FA">
            <w:pPr>
              <w:spacing w:line="276" w:lineRule="auto"/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t xml:space="preserve">De </w:t>
            </w:r>
            <w:r w:rsidR="00EB519D">
              <w:rPr>
                <w:rFonts w:ascii="Fira Sans" w:hAnsi="Fira Sans"/>
                <w:lang w:val="fr-BE"/>
              </w:rPr>
              <w:t xml:space="preserve">9h </w:t>
            </w:r>
            <w:r w:rsidRPr="00F83ECF">
              <w:rPr>
                <w:rFonts w:ascii="Fira Sans" w:hAnsi="Fira Sans"/>
                <w:lang w:val="fr-BE"/>
              </w:rPr>
              <w:t xml:space="preserve">à </w:t>
            </w:r>
            <w:r w:rsidR="00EB519D">
              <w:rPr>
                <w:rFonts w:ascii="Fira Sans" w:hAnsi="Fira Sans"/>
                <w:lang w:val="fr-BE"/>
              </w:rPr>
              <w:t>17</w:t>
            </w:r>
            <w:r w:rsidRPr="00F83ECF">
              <w:rPr>
                <w:rFonts w:ascii="Fira Sans" w:hAnsi="Fira Sans"/>
                <w:lang w:val="fr-BE"/>
              </w:rPr>
              <w:t>h</w:t>
            </w:r>
          </w:p>
        </w:tc>
        <w:tc>
          <w:tcPr>
            <w:tcW w:w="5470" w:type="dxa"/>
          </w:tcPr>
          <w:p w14:paraId="1E4439A8" w14:textId="77777777" w:rsidR="002555DD" w:rsidRDefault="002555DD" w:rsidP="008357FA">
            <w:pPr>
              <w:spacing w:line="276" w:lineRule="auto"/>
              <w:rPr>
                <w:rFonts w:ascii="Fira Sans" w:hAnsi="Fira Sans"/>
                <w:lang w:val="fr-BE"/>
              </w:rPr>
            </w:pPr>
          </w:p>
          <w:p w14:paraId="075763D3" w14:textId="77777777" w:rsidR="00486C9D" w:rsidRDefault="0027080E" w:rsidP="008357FA">
            <w:pPr>
              <w:spacing w:line="276" w:lineRule="auto"/>
              <w:rPr>
                <w:rFonts w:ascii="Fira Sans" w:hAnsi="Fira Sans"/>
                <w:lang w:val="fr-BE"/>
              </w:rPr>
            </w:pPr>
            <w:r>
              <w:rPr>
                <w:rFonts w:ascii="Fira Sans" w:hAnsi="Fira Sans"/>
                <w:lang w:val="fr-BE"/>
              </w:rPr>
              <w:t xml:space="preserve">En résidentiel </w:t>
            </w:r>
          </w:p>
          <w:p w14:paraId="2510D816" w14:textId="77777777" w:rsidR="008357FA" w:rsidRDefault="00486C9D" w:rsidP="008357FA">
            <w:pPr>
              <w:spacing w:line="276" w:lineRule="auto"/>
              <w:rPr>
                <w:rFonts w:ascii="Fira Sans" w:hAnsi="Fira Sans"/>
                <w:lang w:val="fr-BE"/>
              </w:rPr>
            </w:pPr>
            <w:r>
              <w:rPr>
                <w:rFonts w:ascii="Fira Sans" w:hAnsi="Fira Sans"/>
                <w:lang w:val="fr-BE"/>
              </w:rPr>
              <w:t>Floréal – La Roche pour les 2 premières journées</w:t>
            </w:r>
          </w:p>
          <w:p w14:paraId="7EC64DFD" w14:textId="26A146C4" w:rsidR="00486C9D" w:rsidRDefault="00486C9D" w:rsidP="008357FA">
            <w:pPr>
              <w:spacing w:line="276" w:lineRule="auto"/>
              <w:rPr>
                <w:rFonts w:ascii="Fira Sans" w:hAnsi="Fira Sans"/>
                <w:lang w:val="fr-BE"/>
              </w:rPr>
            </w:pPr>
            <w:r>
              <w:rPr>
                <w:rFonts w:ascii="Fira Sans" w:hAnsi="Fira Sans"/>
                <w:lang w:val="fr-BE"/>
              </w:rPr>
              <w:t>Lieu à confirmer pour les 2 dernières journées</w:t>
            </w:r>
          </w:p>
        </w:tc>
      </w:tr>
    </w:tbl>
    <w:p w14:paraId="79F5EF07" w14:textId="653764B0" w:rsidR="00CF0CB4" w:rsidRDefault="00CF0CB4" w:rsidP="008357FA">
      <w:pPr>
        <w:rPr>
          <w:rFonts w:ascii="Fira Sans" w:hAnsi="Fira Sans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357FA" w:rsidRPr="00C434A7" w14:paraId="29A735D5" w14:textId="77777777" w:rsidTr="008357FA">
        <w:tc>
          <w:tcPr>
            <w:tcW w:w="10940" w:type="dxa"/>
          </w:tcPr>
          <w:p w14:paraId="3C922241" w14:textId="77777777" w:rsidR="008357FA" w:rsidRDefault="008357FA" w:rsidP="008357FA">
            <w:pPr>
              <w:pStyle w:val="Titre2"/>
              <w:rPr>
                <w:rFonts w:ascii="Fira Sans" w:hAnsi="Fira Sans"/>
                <w:color w:val="06835A"/>
                <w:lang w:val="fr-BE"/>
              </w:rPr>
            </w:pPr>
            <w:r w:rsidRPr="00F83ECF">
              <w:rPr>
                <w:rFonts w:ascii="Fira Sans" w:hAnsi="Fira Sans"/>
                <w:color w:val="06835A"/>
                <w:lang w:val="fr-BE"/>
              </w:rPr>
              <w:t>À LIRE ATTENTIVEMENT AVANT DE VOUS INSCRIRE</w:t>
            </w:r>
          </w:p>
          <w:p w14:paraId="2E45E53E" w14:textId="77777777" w:rsidR="001A7643" w:rsidRDefault="001A7643" w:rsidP="001A7643">
            <w:pPr>
              <w:pStyle w:val="NormalWeb"/>
              <w:shd w:val="clear" w:color="auto" w:fill="FFFFFF"/>
              <w:spacing w:before="240" w:beforeAutospacing="0" w:after="0" w:afterAutospacing="0"/>
              <w:jc w:val="both"/>
              <w:rPr>
                <w:rFonts w:ascii="Fira Sans" w:hAnsi="Fira Sans"/>
                <w:sz w:val="22"/>
                <w:szCs w:val="22"/>
              </w:rPr>
            </w:pPr>
            <w:r w:rsidRPr="00DE1E59">
              <w:rPr>
                <w:rFonts w:ascii="Fira Sans" w:hAnsi="Fira Sans" w:cs="Open Sans"/>
                <w:color w:val="000000"/>
                <w:sz w:val="22"/>
                <w:szCs w:val="22"/>
              </w:rPr>
              <w:t>Inscription via ton responsable de formation</w:t>
            </w:r>
            <w:r>
              <w:rPr>
                <w:rFonts w:ascii="Fira Sans" w:hAnsi="Fira Sans" w:cs="Open Sans"/>
                <w:color w:val="000000"/>
                <w:sz w:val="22"/>
                <w:szCs w:val="22"/>
              </w:rPr>
              <w:t xml:space="preserve"> et </w:t>
            </w:r>
            <w:r w:rsidRPr="00DE1E59">
              <w:rPr>
                <w:rFonts w:ascii="Fira Sans" w:hAnsi="Fira Sans"/>
                <w:sz w:val="22"/>
                <w:szCs w:val="22"/>
              </w:rPr>
              <w:t xml:space="preserve">avec l’accord de ton/ta </w:t>
            </w:r>
            <w:proofErr w:type="spellStart"/>
            <w:r w:rsidRPr="00DE1E59">
              <w:rPr>
                <w:rFonts w:ascii="Fira Sans" w:hAnsi="Fira Sans"/>
                <w:sz w:val="22"/>
                <w:szCs w:val="22"/>
              </w:rPr>
              <w:t>permanent.e</w:t>
            </w:r>
            <w:proofErr w:type="spellEnd"/>
            <w:r w:rsidRPr="00DE1E59">
              <w:rPr>
                <w:rFonts w:ascii="Fira Sans" w:hAnsi="Fira Sans"/>
                <w:sz w:val="22"/>
                <w:szCs w:val="22"/>
              </w:rPr>
              <w:t xml:space="preserve">. </w:t>
            </w:r>
            <w:proofErr w:type="spellStart"/>
            <w:r w:rsidRPr="00DE1E59">
              <w:rPr>
                <w:rFonts w:ascii="Fira Sans" w:hAnsi="Fira Sans"/>
                <w:sz w:val="22"/>
                <w:szCs w:val="22"/>
              </w:rPr>
              <w:t>syndical.e</w:t>
            </w:r>
            <w:proofErr w:type="spellEnd"/>
            <w:r>
              <w:rPr>
                <w:rFonts w:ascii="Fira Sans" w:hAnsi="Fira Sans"/>
                <w:sz w:val="22"/>
                <w:szCs w:val="22"/>
              </w:rPr>
              <w:t>.</w:t>
            </w:r>
          </w:p>
          <w:p w14:paraId="1A3F5D4A" w14:textId="183267D6" w:rsidR="00C65B4D" w:rsidRDefault="008357FA" w:rsidP="008357FA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t xml:space="preserve">Renseignez-vous pour savoir si vous serez </w:t>
            </w:r>
            <w:proofErr w:type="spellStart"/>
            <w:r w:rsidRPr="00F83ECF">
              <w:rPr>
                <w:rFonts w:ascii="Fira Sans" w:hAnsi="Fira Sans"/>
                <w:lang w:val="fr-BE"/>
              </w:rPr>
              <w:t>libéré.e</w:t>
            </w:r>
            <w:proofErr w:type="spellEnd"/>
            <w:r w:rsidRPr="00F83ECF">
              <w:rPr>
                <w:rFonts w:ascii="Fira Sans" w:hAnsi="Fira Sans"/>
                <w:lang w:val="fr-BE"/>
              </w:rPr>
              <w:t xml:space="preserve"> :</w:t>
            </w:r>
          </w:p>
          <w:p w14:paraId="54837CC1" w14:textId="1E7F71D9" w:rsidR="00C65B4D" w:rsidRDefault="008357FA" w:rsidP="008357FA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br/>
              <w:t xml:space="preserve">    - Sous Crédit Syndical,</w:t>
            </w:r>
            <w:r w:rsidRPr="00F83ECF">
              <w:rPr>
                <w:rFonts w:ascii="Fira Sans" w:hAnsi="Fira Sans"/>
                <w:lang w:val="fr-BE"/>
              </w:rPr>
              <w:br/>
              <w:t xml:space="preserve">    - ou sous Congé-Éducation Payé (CEP).</w:t>
            </w:r>
          </w:p>
          <w:p w14:paraId="645B9D1C" w14:textId="6FE4257F" w:rsidR="008357FA" w:rsidRDefault="008357FA" w:rsidP="008357FA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br/>
              <w:t xml:space="preserve">En cas de doute, parlez-en avec votre </w:t>
            </w:r>
            <w:proofErr w:type="spellStart"/>
            <w:r w:rsidRPr="00F83ECF">
              <w:rPr>
                <w:rFonts w:ascii="Fira Sans" w:hAnsi="Fira Sans"/>
                <w:lang w:val="fr-BE"/>
              </w:rPr>
              <w:t>permanent.e</w:t>
            </w:r>
            <w:proofErr w:type="spellEnd"/>
            <w:r w:rsidRPr="00F83ECF">
              <w:rPr>
                <w:rFonts w:ascii="Fira Sans" w:hAnsi="Fira Sans"/>
                <w:lang w:val="fr-BE"/>
              </w:rPr>
              <w:t xml:space="preserve"> ou votre responsable formation.</w:t>
            </w:r>
          </w:p>
        </w:tc>
      </w:tr>
    </w:tbl>
    <w:p w14:paraId="28FCF2D7" w14:textId="77777777" w:rsidR="008357FA" w:rsidRPr="00F83ECF" w:rsidRDefault="008357FA" w:rsidP="008357FA">
      <w:pPr>
        <w:rPr>
          <w:rFonts w:ascii="Fira Sans" w:hAnsi="Fira Sans"/>
          <w:lang w:val="fr-BE"/>
        </w:rPr>
      </w:pPr>
    </w:p>
    <w:p w14:paraId="2C78739E" w14:textId="62FEA72C" w:rsidR="00CF0CB4" w:rsidRDefault="00C65B4D">
      <w:pPr>
        <w:pStyle w:val="Titre2"/>
        <w:rPr>
          <w:rFonts w:ascii="Fira Sans" w:hAnsi="Fira Sans"/>
          <w:color w:val="06835A"/>
          <w:lang w:val="fr-BE"/>
        </w:rPr>
      </w:pPr>
      <w:r w:rsidRPr="00F83ECF">
        <w:rPr>
          <w:rFonts w:ascii="Fira Sans" w:hAnsi="Fira Sans"/>
          <w:color w:val="06835A"/>
          <w:lang w:val="fr-BE"/>
        </w:rPr>
        <w:t>Modalités d’inscription</w:t>
      </w:r>
    </w:p>
    <w:p w14:paraId="1DFFB3D7" w14:textId="77777777" w:rsidR="00C65B4D" w:rsidRPr="00C65B4D" w:rsidRDefault="00C65B4D" w:rsidP="00C65B4D">
      <w:pPr>
        <w:rPr>
          <w:lang w:val="fr-BE"/>
        </w:rPr>
      </w:pPr>
    </w:p>
    <w:p w14:paraId="23F8397C" w14:textId="7D8C5521" w:rsidR="00F83ECF" w:rsidRDefault="00C65B4D">
      <w:pPr>
        <w:rPr>
          <w:rFonts w:ascii="Fira Sans" w:hAnsi="Fira Sans"/>
          <w:lang w:val="fr-BE"/>
        </w:rPr>
      </w:pPr>
      <w:r w:rsidRPr="00F83ECF">
        <w:rPr>
          <w:rFonts w:ascii="Fira Sans" w:hAnsi="Fira Sans"/>
          <w:lang w:val="fr-BE"/>
        </w:rPr>
        <w:t>Le formulaire complété est à envoyer le plus rapidement possible à :</w:t>
      </w:r>
      <w:r w:rsidRPr="00F83ECF">
        <w:rPr>
          <w:rFonts w:ascii="Fira Sans" w:hAnsi="Fira Sans"/>
          <w:lang w:val="fr-BE"/>
        </w:rPr>
        <w:br/>
      </w:r>
      <w:r w:rsidR="00EE027E">
        <w:rPr>
          <w:rFonts w:ascii="Fira Sans" w:hAnsi="Fira Sans"/>
          <w:noProof/>
          <w:lang w:val="fr-BE"/>
        </w:rPr>
        <w:drawing>
          <wp:inline distT="0" distB="0" distL="0" distR="0" wp14:anchorId="541DD56A" wp14:editId="1791248B">
            <wp:extent cx="220980" cy="220980"/>
            <wp:effectExtent l="0" t="0" r="7620" b="7620"/>
            <wp:docPr id="1149498944" name="Graphique 1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73982" name="Graphique 700073982" descr="Adresse de courrier contour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27E">
        <w:rPr>
          <w:rFonts w:ascii="Fira Sans" w:hAnsi="Fira Sans"/>
          <w:lang w:val="fr-BE"/>
        </w:rPr>
        <w:t xml:space="preserve"> </w:t>
      </w:r>
      <w:r w:rsidRPr="00F83ECF">
        <w:rPr>
          <w:rFonts w:ascii="Fira Sans" w:hAnsi="Fira Sans"/>
          <w:lang w:val="fr-BE"/>
        </w:rPr>
        <w:t xml:space="preserve">Véronique Laret – </w:t>
      </w:r>
      <w:hyperlink r:id="rId13" w:history="1">
        <w:r w:rsidR="00EE027E" w:rsidRPr="00D34E5D">
          <w:rPr>
            <w:rStyle w:val="Lienhypertexte"/>
            <w:rFonts w:ascii="Fira Sans" w:hAnsi="Fira Sans"/>
            <w:lang w:val="fr-BE"/>
          </w:rPr>
          <w:t>veronique.laret@acv-csc.be</w:t>
        </w:r>
      </w:hyperlink>
      <w:r w:rsidR="00EE027E">
        <w:rPr>
          <w:rFonts w:ascii="Fira Sans" w:hAnsi="Fira Sans"/>
          <w:lang w:val="fr-BE"/>
        </w:rPr>
        <w:t xml:space="preserve"> </w:t>
      </w:r>
      <w:r w:rsidRPr="00F83ECF">
        <w:rPr>
          <w:rFonts w:ascii="Fira Sans" w:hAnsi="Fira Sans"/>
          <w:lang w:val="fr-BE"/>
        </w:rPr>
        <w:br/>
      </w:r>
      <w:r w:rsidR="00EE027E">
        <w:rPr>
          <w:rFonts w:ascii="Fira Sans" w:hAnsi="Fira Sans"/>
          <w:noProof/>
          <w:lang w:val="fr-BE"/>
        </w:rPr>
        <w:drawing>
          <wp:inline distT="0" distB="0" distL="0" distR="0" wp14:anchorId="26373F0D" wp14:editId="307A9C28">
            <wp:extent cx="220980" cy="220980"/>
            <wp:effectExtent l="0" t="0" r="7620" b="7620"/>
            <wp:docPr id="700073982" name="Graphique 1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73982" name="Graphique 700073982" descr="Adresse de courrier contour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3ECF">
        <w:rPr>
          <w:rFonts w:ascii="Fira Sans" w:hAnsi="Fira Sans"/>
          <w:lang w:val="fr-BE"/>
        </w:rPr>
        <w:t xml:space="preserve">Avec copie à : </w:t>
      </w:r>
      <w:hyperlink r:id="rId14" w:history="1">
        <w:r w:rsidR="00F83ECF" w:rsidRPr="00745698">
          <w:rPr>
            <w:rStyle w:val="Lienhypertexte"/>
            <w:rFonts w:ascii="Fira Sans" w:hAnsi="Fira Sans"/>
            <w:lang w:val="fr-BE"/>
          </w:rPr>
          <w:t>phanny.moray@acv-csc.be</w:t>
        </w:r>
      </w:hyperlink>
    </w:p>
    <w:p w14:paraId="191D05CF" w14:textId="77777777" w:rsidR="00F83ECF" w:rsidRDefault="00F83ECF">
      <w:pPr>
        <w:rPr>
          <w:rFonts w:ascii="Fira Sans" w:hAnsi="Fira Sans"/>
          <w:lang w:val="fr-BE"/>
        </w:rPr>
      </w:pPr>
      <w:r>
        <w:rPr>
          <w:rFonts w:ascii="Fira Sans" w:hAnsi="Fira Sans"/>
          <w:lang w:val="fr-BE"/>
        </w:rPr>
        <w:br w:type="page"/>
      </w:r>
    </w:p>
    <w:p w14:paraId="2B049C62" w14:textId="77777777" w:rsidR="00CF0CB4" w:rsidRPr="00F83ECF" w:rsidRDefault="00CF0CB4">
      <w:pPr>
        <w:rPr>
          <w:rFonts w:ascii="Fira Sans" w:hAnsi="Fira Sans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01"/>
        <w:gridCol w:w="5389"/>
      </w:tblGrid>
      <w:tr w:rsidR="008357FA" w14:paraId="32A69F76" w14:textId="77777777" w:rsidTr="008357FA">
        <w:trPr>
          <w:gridAfter w:val="1"/>
          <w:wAfter w:w="5470" w:type="dxa"/>
        </w:trPr>
        <w:tc>
          <w:tcPr>
            <w:tcW w:w="5470" w:type="dxa"/>
          </w:tcPr>
          <w:p w14:paraId="5831C2EA" w14:textId="77777777" w:rsidR="008357FA" w:rsidRPr="00F83ECF" w:rsidRDefault="008357FA" w:rsidP="008357FA">
            <w:pPr>
              <w:pStyle w:val="Titre2"/>
              <w:rPr>
                <w:rFonts w:ascii="Fira Sans" w:hAnsi="Fira Sans"/>
                <w:color w:val="06835A"/>
                <w:lang w:val="fr-BE"/>
              </w:rPr>
            </w:pPr>
            <w:r w:rsidRPr="00F83ECF">
              <w:rPr>
                <w:rFonts w:ascii="Fira Sans" w:hAnsi="Fira Sans"/>
                <w:color w:val="06835A"/>
                <w:lang w:val="fr-BE"/>
              </w:rPr>
              <w:t>Coordonnées personnelles</w:t>
            </w:r>
          </w:p>
          <w:p w14:paraId="54E1F5F9" w14:textId="77777777" w:rsidR="008357FA" w:rsidRDefault="008357FA">
            <w:pPr>
              <w:rPr>
                <w:rFonts w:ascii="Fira Sans" w:hAnsi="Fira Sans"/>
                <w:lang w:val="fr-BE"/>
              </w:rPr>
            </w:pPr>
          </w:p>
        </w:tc>
      </w:tr>
      <w:tr w:rsidR="008357FA" w14:paraId="3757180B" w14:textId="77777777" w:rsidTr="008357FA">
        <w:tc>
          <w:tcPr>
            <w:tcW w:w="5470" w:type="dxa"/>
          </w:tcPr>
          <w:p w14:paraId="67392400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</w:p>
          <w:p w14:paraId="1DFA8EFB" w14:textId="4AB6F09A" w:rsidR="00C65B4D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t>Nom :</w:t>
            </w:r>
          </w:p>
          <w:p w14:paraId="304BF892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br/>
              <w:t>Prénom :</w:t>
            </w:r>
          </w:p>
          <w:p w14:paraId="6D8BB428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br/>
              <w:t>Adresse privée :</w:t>
            </w:r>
          </w:p>
          <w:p w14:paraId="0A610C2A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</w:p>
          <w:p w14:paraId="238B4870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br/>
              <w:t>Téléphone ou GSM :</w:t>
            </w:r>
          </w:p>
          <w:p w14:paraId="3D404005" w14:textId="77777777" w:rsidR="008357FA" w:rsidRDefault="008357FA">
            <w:pPr>
              <w:rPr>
                <w:rFonts w:ascii="Fira Sans" w:hAnsi="Fira Sans"/>
                <w:lang w:val="fr-BE"/>
              </w:rPr>
            </w:pPr>
          </w:p>
        </w:tc>
        <w:tc>
          <w:tcPr>
            <w:tcW w:w="5470" w:type="dxa"/>
          </w:tcPr>
          <w:p w14:paraId="7375A99D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</w:p>
          <w:p w14:paraId="357AB0E4" w14:textId="16270EF6" w:rsidR="00C65B4D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t>Adresse mail :</w:t>
            </w:r>
          </w:p>
          <w:p w14:paraId="49A1A55D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</w:p>
          <w:p w14:paraId="3EE0F677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br/>
              <w:t>Lieu de naissance :</w:t>
            </w:r>
          </w:p>
          <w:p w14:paraId="04D158F4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</w:p>
          <w:p w14:paraId="64E4C499" w14:textId="575C12B0" w:rsidR="008357FA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br/>
              <w:t>Numéro de registre national :</w:t>
            </w:r>
          </w:p>
        </w:tc>
      </w:tr>
    </w:tbl>
    <w:p w14:paraId="0DCF6EAE" w14:textId="77777777" w:rsidR="008357FA" w:rsidRPr="00F83ECF" w:rsidRDefault="008357FA">
      <w:pPr>
        <w:rPr>
          <w:rFonts w:ascii="Fira Sans" w:hAnsi="Fira Sans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357FA" w14:paraId="16638AB2" w14:textId="77777777" w:rsidTr="008357FA">
        <w:tc>
          <w:tcPr>
            <w:tcW w:w="10940" w:type="dxa"/>
          </w:tcPr>
          <w:p w14:paraId="24C6EB64" w14:textId="77777777" w:rsidR="008357FA" w:rsidRDefault="008357FA" w:rsidP="008357FA">
            <w:pPr>
              <w:pStyle w:val="Titre2"/>
              <w:rPr>
                <w:rFonts w:ascii="Fira Sans" w:hAnsi="Fira Sans"/>
                <w:color w:val="06835A"/>
                <w:lang w:val="fr-BE"/>
              </w:rPr>
            </w:pPr>
            <w:r w:rsidRPr="00F83ECF">
              <w:rPr>
                <w:rFonts w:ascii="Fira Sans" w:hAnsi="Fira Sans"/>
                <w:color w:val="06835A"/>
                <w:lang w:val="fr-BE"/>
              </w:rPr>
              <w:t>Informations professionnelles</w:t>
            </w:r>
          </w:p>
          <w:p w14:paraId="6354F27D" w14:textId="77777777" w:rsidR="008357FA" w:rsidRPr="008357FA" w:rsidRDefault="008357FA" w:rsidP="008357FA">
            <w:pPr>
              <w:rPr>
                <w:lang w:val="fr-BE"/>
              </w:rPr>
            </w:pPr>
          </w:p>
          <w:p w14:paraId="6B6DA4DD" w14:textId="685AA11A" w:rsidR="008357FA" w:rsidRDefault="008357FA" w:rsidP="008357FA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t>Nom de l’employeur :</w:t>
            </w:r>
          </w:p>
          <w:p w14:paraId="35C27F8C" w14:textId="77777777" w:rsidR="00C65B4D" w:rsidRDefault="00C65B4D" w:rsidP="008357FA">
            <w:pPr>
              <w:rPr>
                <w:rFonts w:ascii="Fira Sans" w:hAnsi="Fira Sans"/>
                <w:lang w:val="fr-BE"/>
              </w:rPr>
            </w:pPr>
          </w:p>
          <w:p w14:paraId="6746E341" w14:textId="77777777" w:rsidR="008357FA" w:rsidRDefault="008357FA" w:rsidP="008357FA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br/>
              <w:t>Adresse complète de l’employeur :</w:t>
            </w:r>
          </w:p>
          <w:p w14:paraId="17DF3417" w14:textId="77777777" w:rsidR="008357FA" w:rsidRDefault="008357FA" w:rsidP="008357FA">
            <w:pPr>
              <w:rPr>
                <w:rFonts w:ascii="Fira Sans" w:hAnsi="Fira Sans"/>
                <w:lang w:val="fr-BE"/>
              </w:rPr>
            </w:pPr>
          </w:p>
          <w:p w14:paraId="28D5C5EF" w14:textId="77777777" w:rsidR="008357FA" w:rsidRDefault="008357FA" w:rsidP="008357FA">
            <w:pPr>
              <w:rPr>
                <w:rFonts w:ascii="Fira Sans" w:hAnsi="Fira Sans"/>
                <w:lang w:val="fr-BE"/>
              </w:rPr>
            </w:pPr>
          </w:p>
          <w:p w14:paraId="4E5462EA" w14:textId="26064B47" w:rsidR="008357FA" w:rsidRDefault="008357FA" w:rsidP="008357FA">
            <w:pPr>
              <w:rPr>
                <w:rFonts w:ascii="Fira Sans" w:hAnsi="Fira Sans"/>
                <w:lang w:val="fr-BE"/>
              </w:rPr>
            </w:pPr>
          </w:p>
        </w:tc>
      </w:tr>
    </w:tbl>
    <w:p w14:paraId="126598CC" w14:textId="4F2E9E05" w:rsidR="00CF0CB4" w:rsidRDefault="00CF0CB4">
      <w:pPr>
        <w:rPr>
          <w:rFonts w:ascii="Fira Sans" w:hAnsi="Fira Sans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65B4D" w:rsidRPr="00C434A7" w14:paraId="62A7A905" w14:textId="77777777" w:rsidTr="00C65B4D">
        <w:tc>
          <w:tcPr>
            <w:tcW w:w="10940" w:type="dxa"/>
          </w:tcPr>
          <w:p w14:paraId="030BB36A" w14:textId="77777777" w:rsidR="00C65B4D" w:rsidRDefault="00C65B4D" w:rsidP="00C65B4D">
            <w:pPr>
              <w:pStyle w:val="Titre2"/>
              <w:rPr>
                <w:rFonts w:ascii="Fira Sans" w:hAnsi="Fira Sans"/>
                <w:color w:val="06835A"/>
                <w:lang w:val="fr-BE"/>
              </w:rPr>
            </w:pPr>
            <w:r w:rsidRPr="00F83ECF">
              <w:rPr>
                <w:rFonts w:ascii="Fira Sans" w:hAnsi="Fira Sans"/>
                <w:color w:val="06835A"/>
                <w:lang w:val="fr-BE"/>
              </w:rPr>
              <w:t>Type de libération souhaité</w:t>
            </w:r>
          </w:p>
          <w:p w14:paraId="72EE8BE6" w14:textId="77777777" w:rsidR="00C65B4D" w:rsidRPr="00C65B4D" w:rsidRDefault="00C65B4D" w:rsidP="00C65B4D">
            <w:pPr>
              <w:rPr>
                <w:lang w:val="fr-BE"/>
              </w:rPr>
            </w:pPr>
          </w:p>
          <w:p w14:paraId="4479DEB5" w14:textId="679652C9" w:rsidR="00C65B4D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Fira Sans" w:hAnsi="Fira Sans"/>
                <w:lang w:val="fr-BE"/>
              </w:rPr>
              <w:t xml:space="preserve">Souhaitez-vous être </w:t>
            </w:r>
            <w:proofErr w:type="spellStart"/>
            <w:r w:rsidRPr="00F83ECF">
              <w:rPr>
                <w:rFonts w:ascii="Fira Sans" w:hAnsi="Fira Sans"/>
                <w:lang w:val="fr-BE"/>
              </w:rPr>
              <w:t>libéré.e</w:t>
            </w:r>
            <w:proofErr w:type="spellEnd"/>
            <w:r w:rsidRPr="00F83ECF">
              <w:rPr>
                <w:rFonts w:ascii="Fira Sans" w:hAnsi="Fira Sans"/>
                <w:lang w:val="fr-BE"/>
              </w:rPr>
              <w:t xml:space="preserve"> sous CONGÉ-ÉDUCATION PAYÉ ?</w:t>
            </w:r>
          </w:p>
          <w:p w14:paraId="7EA11770" w14:textId="77777777" w:rsidR="00C65B4D" w:rsidRPr="00F83ECF" w:rsidRDefault="00C65B4D" w:rsidP="00C65B4D">
            <w:pPr>
              <w:rPr>
                <w:rFonts w:ascii="Fira Sans" w:hAnsi="Fira Sans"/>
                <w:lang w:val="fr-BE"/>
              </w:rPr>
            </w:pPr>
          </w:p>
          <w:p w14:paraId="1261A2BE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Segoe UI Symbol" w:hAnsi="Segoe UI Symbol" w:cs="Segoe UI Symbol"/>
                <w:b/>
                <w:lang w:val="fr-BE"/>
              </w:rPr>
              <w:t>☐</w:t>
            </w:r>
            <w:r w:rsidRPr="00F83ECF">
              <w:rPr>
                <w:rFonts w:ascii="Fira Sans" w:hAnsi="Fira Sans"/>
                <w:b/>
                <w:lang w:val="fr-BE"/>
              </w:rPr>
              <w:t xml:space="preserve"> </w:t>
            </w:r>
            <w:r w:rsidRPr="00F83ECF">
              <w:rPr>
                <w:rFonts w:ascii="Fira Sans" w:hAnsi="Fira Sans"/>
                <w:lang w:val="fr-BE"/>
              </w:rPr>
              <w:t>OUI</w:t>
            </w:r>
          </w:p>
          <w:p w14:paraId="60F37882" w14:textId="77777777" w:rsidR="00C65B4D" w:rsidRPr="00F83ECF" w:rsidRDefault="00C65B4D" w:rsidP="00C65B4D">
            <w:pPr>
              <w:rPr>
                <w:rFonts w:ascii="Fira Sans" w:hAnsi="Fira Sans"/>
                <w:lang w:val="fr-BE"/>
              </w:rPr>
            </w:pPr>
          </w:p>
          <w:p w14:paraId="46AD1675" w14:textId="77777777" w:rsidR="00C65B4D" w:rsidRDefault="00C65B4D" w:rsidP="00C65B4D">
            <w:pPr>
              <w:rPr>
                <w:rFonts w:ascii="Fira Sans" w:hAnsi="Fira Sans"/>
                <w:lang w:val="fr-BE"/>
              </w:rPr>
            </w:pPr>
            <w:r w:rsidRPr="00F83ECF">
              <w:rPr>
                <w:rFonts w:ascii="Segoe UI Symbol" w:hAnsi="Segoe UI Symbol" w:cs="Segoe UI Symbol"/>
                <w:b/>
                <w:lang w:val="fr-BE"/>
              </w:rPr>
              <w:t>☐</w:t>
            </w:r>
            <w:r w:rsidRPr="00F83ECF">
              <w:rPr>
                <w:rFonts w:ascii="Fira Sans" w:hAnsi="Fira Sans"/>
                <w:b/>
                <w:lang w:val="fr-BE"/>
              </w:rPr>
              <w:t xml:space="preserve"> </w:t>
            </w:r>
            <w:r w:rsidRPr="00F83ECF">
              <w:rPr>
                <w:rFonts w:ascii="Fira Sans" w:hAnsi="Fira Sans"/>
                <w:lang w:val="fr-BE"/>
              </w:rPr>
              <w:t>NON</w:t>
            </w:r>
          </w:p>
          <w:p w14:paraId="28FC990C" w14:textId="77777777" w:rsidR="00C65B4D" w:rsidRPr="00F83ECF" w:rsidRDefault="00C65B4D" w:rsidP="00C65B4D">
            <w:pPr>
              <w:rPr>
                <w:rFonts w:ascii="Fira Sans" w:hAnsi="Fira Sans"/>
                <w:lang w:val="fr-BE"/>
              </w:rPr>
            </w:pPr>
          </w:p>
          <w:p w14:paraId="1F826571" w14:textId="77777777" w:rsidR="00C434A7" w:rsidRDefault="00C65B4D" w:rsidP="00C65B4D">
            <w:pPr>
              <w:rPr>
                <w:rFonts w:ascii="Fira Sans" w:hAnsi="Fira Sans"/>
                <w:color w:val="FF0000"/>
                <w:lang w:val="fr-BE"/>
              </w:rPr>
            </w:pPr>
            <w:r w:rsidRPr="00C434A7">
              <w:rPr>
                <w:rFonts w:ascii="Fira Sans" w:hAnsi="Fira Sans"/>
                <w:color w:val="FF0000"/>
                <w:lang w:val="fr-BE"/>
              </w:rPr>
              <w:t xml:space="preserve">(Si vous n’êtes pas </w:t>
            </w:r>
            <w:proofErr w:type="spellStart"/>
            <w:r w:rsidRPr="00C434A7">
              <w:rPr>
                <w:rFonts w:ascii="Fira Sans" w:hAnsi="Fira Sans"/>
                <w:color w:val="FF0000"/>
                <w:lang w:val="fr-BE"/>
              </w:rPr>
              <w:t>certain.e</w:t>
            </w:r>
            <w:proofErr w:type="spellEnd"/>
            <w:r w:rsidRPr="00C434A7">
              <w:rPr>
                <w:rFonts w:ascii="Fira Sans" w:hAnsi="Fira Sans"/>
                <w:color w:val="FF0000"/>
                <w:lang w:val="fr-BE"/>
              </w:rPr>
              <w:t xml:space="preserve"> d’en bénéficier, contactez votre responsable formation</w:t>
            </w:r>
            <w:r w:rsidR="00C434A7">
              <w:rPr>
                <w:rFonts w:ascii="Fira Sans" w:hAnsi="Fira Sans"/>
                <w:color w:val="FF0000"/>
                <w:lang w:val="fr-BE"/>
              </w:rPr>
              <w:t xml:space="preserve"> ou </w:t>
            </w:r>
            <w:proofErr w:type="spellStart"/>
            <w:r w:rsidR="00C434A7">
              <w:rPr>
                <w:rFonts w:ascii="Fira Sans" w:hAnsi="Fira Sans"/>
                <w:color w:val="FF0000"/>
                <w:lang w:val="fr-BE"/>
              </w:rPr>
              <w:t>permanent.e</w:t>
            </w:r>
            <w:proofErr w:type="spellEnd"/>
            <w:r w:rsidRPr="00C434A7">
              <w:rPr>
                <w:rFonts w:ascii="Fira Sans" w:hAnsi="Fira Sans"/>
                <w:color w:val="FF0000"/>
                <w:lang w:val="fr-BE"/>
              </w:rPr>
              <w:t>.</w:t>
            </w:r>
            <w:r w:rsidR="00C434A7" w:rsidRPr="00C434A7">
              <w:rPr>
                <w:rFonts w:ascii="Fira Sans" w:hAnsi="Fira Sans"/>
                <w:color w:val="FF0000"/>
                <w:lang w:val="fr-BE"/>
              </w:rPr>
              <w:t xml:space="preserve"> </w:t>
            </w:r>
          </w:p>
          <w:p w14:paraId="720C7314" w14:textId="0D30ADA6" w:rsidR="00C65B4D" w:rsidRDefault="00C434A7" w:rsidP="00C65B4D">
            <w:pPr>
              <w:rPr>
                <w:rFonts w:ascii="Fira Sans" w:hAnsi="Fira Sans"/>
                <w:lang w:val="fr-BE"/>
              </w:rPr>
            </w:pPr>
            <w:r w:rsidRPr="00C434A7">
              <w:rPr>
                <w:rFonts w:ascii="Fira Sans" w:hAnsi="Fira Sans"/>
                <w:color w:val="FF0000"/>
                <w:lang w:val="fr-BE"/>
              </w:rPr>
              <w:t>Si vous n’êtes pas libérable sous CEP, votre centrale peut vous libérer en congé syndical.)</w:t>
            </w:r>
          </w:p>
        </w:tc>
      </w:tr>
    </w:tbl>
    <w:p w14:paraId="40A2A7EA" w14:textId="77777777" w:rsidR="00C65B4D" w:rsidRDefault="00C65B4D">
      <w:pPr>
        <w:rPr>
          <w:rFonts w:ascii="Fira Sans" w:hAnsi="Fira Sans"/>
          <w:lang w:val="fr-BE"/>
        </w:rPr>
      </w:pPr>
    </w:p>
    <w:p w14:paraId="4A69D06E" w14:textId="77777777" w:rsidR="00C65B4D" w:rsidRDefault="00C65B4D">
      <w:pPr>
        <w:rPr>
          <w:rFonts w:ascii="Fira Sans" w:hAnsi="Fira Sans"/>
          <w:lang w:val="fr-BE"/>
        </w:rPr>
      </w:pPr>
    </w:p>
    <w:p w14:paraId="0BEA7194" w14:textId="77777777" w:rsidR="00C65B4D" w:rsidRDefault="00C65B4D">
      <w:pPr>
        <w:rPr>
          <w:rFonts w:ascii="Fira Sans" w:hAnsi="Fira Sans"/>
          <w:lang w:val="fr-BE"/>
        </w:rPr>
      </w:pPr>
    </w:p>
    <w:p w14:paraId="4C20A75E" w14:textId="77777777" w:rsidR="00C65B4D" w:rsidRDefault="00C65B4D" w:rsidP="00C65B4D">
      <w:pPr>
        <w:pStyle w:val="Titre2"/>
        <w:rPr>
          <w:rFonts w:ascii="Fira Sans" w:hAnsi="Fira Sans"/>
          <w:color w:val="06835A"/>
          <w:lang w:val="fr-BE"/>
        </w:rPr>
      </w:pPr>
      <w:r w:rsidRPr="00F83ECF">
        <w:rPr>
          <w:rFonts w:ascii="Fira Sans" w:hAnsi="Fira Sans"/>
          <w:color w:val="06835A"/>
          <w:lang w:val="fr-BE"/>
        </w:rPr>
        <w:t xml:space="preserve">Engagement du/de la </w:t>
      </w:r>
      <w:proofErr w:type="spellStart"/>
      <w:r w:rsidRPr="00F83ECF">
        <w:rPr>
          <w:rFonts w:ascii="Fira Sans" w:hAnsi="Fira Sans"/>
          <w:color w:val="06835A"/>
          <w:lang w:val="fr-BE"/>
        </w:rPr>
        <w:t>participant.e</w:t>
      </w:r>
      <w:proofErr w:type="spellEnd"/>
    </w:p>
    <w:p w14:paraId="13E158A1" w14:textId="77777777" w:rsidR="00C65B4D" w:rsidRPr="00C65B4D" w:rsidRDefault="00C65B4D" w:rsidP="00C65B4D">
      <w:pPr>
        <w:rPr>
          <w:lang w:val="fr-BE"/>
        </w:rPr>
      </w:pPr>
    </w:p>
    <w:p w14:paraId="1BC196DE" w14:textId="3C6D4EF5" w:rsidR="00C65B4D" w:rsidRDefault="00C65B4D" w:rsidP="00C65B4D">
      <w:pPr>
        <w:rPr>
          <w:rFonts w:ascii="Fira Sans" w:hAnsi="Fira Sans"/>
          <w:lang w:val="fr-BE"/>
        </w:rPr>
      </w:pPr>
      <w:r w:rsidRPr="00F83ECF">
        <w:rPr>
          <w:rFonts w:ascii="Fira Sans" w:hAnsi="Fira Sans"/>
          <w:lang w:val="fr-BE"/>
        </w:rPr>
        <w:t>• Je m’engage à participer à l’ensemble du cycle de formation.</w:t>
      </w:r>
      <w:r w:rsidRPr="00F83ECF">
        <w:rPr>
          <w:rFonts w:ascii="Fira Sans" w:hAnsi="Fira Sans"/>
          <w:lang w:val="fr-BE"/>
        </w:rPr>
        <w:br/>
        <w:t>• En cas d’absence exceptionnelle, je m’engage à prévenir au plus tard la veille et à fournir un justificatif à la FEC</w:t>
      </w:r>
      <w:r>
        <w:rPr>
          <w:rFonts w:ascii="Fira Sans" w:hAnsi="Fira Sans"/>
          <w:lang w:val="fr-BE"/>
        </w:rPr>
        <w:t xml:space="preserve"> (</w:t>
      </w:r>
      <w:hyperlink r:id="rId15" w:history="1">
        <w:r w:rsidRPr="00B867CB">
          <w:rPr>
            <w:rStyle w:val="Lienhypertexte"/>
            <w:rFonts w:ascii="Fira Sans" w:hAnsi="Fira Sans"/>
            <w:lang w:val="fr-BE"/>
          </w:rPr>
          <w:t>véronique.laret@acv-csc.be</w:t>
        </w:r>
      </w:hyperlink>
      <w:r>
        <w:rPr>
          <w:rFonts w:ascii="Fira Sans" w:hAnsi="Fira Sans"/>
          <w:lang w:val="fr-BE"/>
        </w:rPr>
        <w:t xml:space="preserve">) </w:t>
      </w:r>
      <w:r w:rsidRPr="00F83ECF">
        <w:rPr>
          <w:rFonts w:ascii="Fira Sans" w:hAnsi="Fira Sans"/>
          <w:lang w:val="fr-BE"/>
        </w:rPr>
        <w:br/>
        <w:t>• Les frais de déplacement sont remboursés.</w:t>
      </w:r>
      <w:r w:rsidRPr="00F83ECF">
        <w:rPr>
          <w:rFonts w:ascii="Fira Sans" w:hAnsi="Fira Sans"/>
          <w:lang w:val="fr-BE"/>
        </w:rPr>
        <w:br/>
        <w:t>• Aucun autre remboursement de salaire n’est prévu en dehors du Crédit Syndical ou du Congé-Éducation Payé.</w:t>
      </w:r>
    </w:p>
    <w:p w14:paraId="63E10F9B" w14:textId="77777777" w:rsidR="00C65B4D" w:rsidRPr="00F83ECF" w:rsidRDefault="00C65B4D">
      <w:pPr>
        <w:rPr>
          <w:rFonts w:ascii="Fira Sans" w:hAnsi="Fira Sans"/>
          <w:lang w:val="fr-BE"/>
        </w:rPr>
      </w:pPr>
    </w:p>
    <w:p w14:paraId="5EA376B1" w14:textId="2F42272B" w:rsidR="00CF0CB4" w:rsidRDefault="00C65B4D">
      <w:pPr>
        <w:pStyle w:val="Titre2"/>
        <w:rPr>
          <w:rFonts w:ascii="Fira Sans" w:hAnsi="Fira Sans"/>
          <w:color w:val="06835A"/>
          <w:lang w:val="fr-BE"/>
        </w:rPr>
      </w:pPr>
      <w:r w:rsidRPr="00F83ECF">
        <w:rPr>
          <w:rFonts w:ascii="Fira Sans" w:hAnsi="Fira Sans"/>
          <w:color w:val="06835A"/>
          <w:lang w:val="fr-BE"/>
        </w:rPr>
        <w:t>Signature</w:t>
      </w:r>
    </w:p>
    <w:p w14:paraId="0FE2F832" w14:textId="77777777" w:rsidR="00856B15" w:rsidRPr="00856B15" w:rsidRDefault="00856B15" w:rsidP="00856B15">
      <w:pPr>
        <w:rPr>
          <w:lang w:val="fr-BE"/>
        </w:rPr>
      </w:pPr>
    </w:p>
    <w:p w14:paraId="566EFC06" w14:textId="77777777" w:rsidR="00F83ECF" w:rsidRDefault="00C65B4D">
      <w:pPr>
        <w:rPr>
          <w:rFonts w:ascii="Fira Sans" w:hAnsi="Fira Sans"/>
          <w:lang w:val="fr-BE"/>
        </w:rPr>
      </w:pPr>
      <w:r w:rsidRPr="00F83ECF">
        <w:rPr>
          <w:rFonts w:ascii="Fira Sans" w:hAnsi="Fira Sans"/>
          <w:lang w:val="fr-BE"/>
        </w:rPr>
        <w:t>Date :</w:t>
      </w:r>
    </w:p>
    <w:p w14:paraId="400D4110" w14:textId="17E56561" w:rsidR="00CF0CB4" w:rsidRDefault="00C65B4D">
      <w:pPr>
        <w:rPr>
          <w:rFonts w:ascii="Fira Sans" w:hAnsi="Fira Sans"/>
          <w:lang w:val="fr-BE"/>
        </w:rPr>
      </w:pPr>
      <w:r w:rsidRPr="00F83ECF">
        <w:rPr>
          <w:rFonts w:ascii="Fira Sans" w:hAnsi="Fira Sans"/>
          <w:lang w:val="fr-BE"/>
        </w:rPr>
        <w:br/>
        <w:t>Signature :</w:t>
      </w:r>
    </w:p>
    <w:p w14:paraId="4D7F4DAC" w14:textId="77777777" w:rsidR="00F83ECF" w:rsidRPr="00F83ECF" w:rsidRDefault="00F83ECF">
      <w:pPr>
        <w:rPr>
          <w:rFonts w:ascii="Fira Sans" w:hAnsi="Fira Sans"/>
          <w:lang w:val="fr-BE"/>
        </w:rPr>
      </w:pPr>
    </w:p>
    <w:p w14:paraId="6D45B15A" w14:textId="77777777" w:rsidR="00C65B4D" w:rsidRDefault="00C65B4D">
      <w:pPr>
        <w:pStyle w:val="Titre2"/>
        <w:rPr>
          <w:rFonts w:ascii="Fira Sans" w:hAnsi="Fira Sans"/>
          <w:color w:val="06835A"/>
          <w:lang w:val="fr-BE"/>
        </w:rPr>
      </w:pPr>
    </w:p>
    <w:p w14:paraId="3119C89D" w14:textId="77777777" w:rsidR="00C65B4D" w:rsidRDefault="00C65B4D">
      <w:pPr>
        <w:pStyle w:val="Titre2"/>
        <w:rPr>
          <w:rFonts w:ascii="Fira Sans" w:hAnsi="Fira Sans"/>
          <w:color w:val="06835A"/>
          <w:lang w:val="fr-BE"/>
        </w:rPr>
      </w:pPr>
    </w:p>
    <w:p w14:paraId="5785D7B5" w14:textId="6AAFE968" w:rsidR="00CF0CB4" w:rsidRDefault="00C65B4D">
      <w:pPr>
        <w:pStyle w:val="Titre2"/>
        <w:rPr>
          <w:rFonts w:ascii="Fira Sans" w:hAnsi="Fira Sans"/>
          <w:color w:val="06835A"/>
          <w:lang w:val="fr-BE"/>
        </w:rPr>
      </w:pPr>
      <w:r w:rsidRPr="00F83ECF">
        <w:rPr>
          <w:rFonts w:ascii="Fira Sans" w:hAnsi="Fira Sans"/>
          <w:color w:val="06835A"/>
          <w:lang w:val="fr-BE"/>
        </w:rPr>
        <w:t>Protection des données</w:t>
      </w:r>
    </w:p>
    <w:p w14:paraId="42DC0A77" w14:textId="77777777" w:rsidR="002555DD" w:rsidRPr="002555DD" w:rsidRDefault="002555DD" w:rsidP="002555DD">
      <w:pPr>
        <w:rPr>
          <w:lang w:val="fr-BE"/>
        </w:rPr>
      </w:pPr>
    </w:p>
    <w:p w14:paraId="44B10CE0" w14:textId="77777777" w:rsidR="00CF0CB4" w:rsidRPr="00F83ECF" w:rsidRDefault="00C65B4D">
      <w:pPr>
        <w:rPr>
          <w:rFonts w:ascii="Fira Sans" w:hAnsi="Fira Sans"/>
          <w:lang w:val="fr-BE"/>
        </w:rPr>
      </w:pPr>
      <w:r w:rsidRPr="00F83ECF">
        <w:rPr>
          <w:rFonts w:ascii="Fira Sans" w:hAnsi="Fira Sans"/>
          <w:lang w:val="fr-BE"/>
        </w:rPr>
        <w:t xml:space="preserve">Les données personnelles recueillies sont enregistrées par </w:t>
      </w:r>
      <w:proofErr w:type="spellStart"/>
      <w:r w:rsidRPr="00F83ECF">
        <w:rPr>
          <w:rFonts w:ascii="Fira Sans" w:hAnsi="Fira Sans"/>
          <w:lang w:val="fr-BE"/>
        </w:rPr>
        <w:t>l’asbl</w:t>
      </w:r>
      <w:proofErr w:type="spellEnd"/>
      <w:r w:rsidRPr="00F83ECF">
        <w:rPr>
          <w:rFonts w:ascii="Fira Sans" w:hAnsi="Fira Sans"/>
          <w:lang w:val="fr-BE"/>
        </w:rPr>
        <w:t xml:space="preserve"> FEC (Formation Éducation Culture) pour la gestion de votre inscription et le respect des obligations légales. Elles sont conservées aussi longtemps que nécessaire à ces finalités.</w:t>
      </w:r>
      <w:r w:rsidRPr="00F83ECF">
        <w:rPr>
          <w:rFonts w:ascii="Fira Sans" w:hAnsi="Fira Sans"/>
          <w:lang w:val="fr-BE"/>
        </w:rPr>
        <w:br/>
      </w:r>
      <w:r w:rsidRPr="00F83ECF">
        <w:rPr>
          <w:rFonts w:ascii="Fira Sans" w:hAnsi="Fira Sans"/>
          <w:lang w:val="fr-BE"/>
        </w:rPr>
        <w:br/>
        <w:t>Conformément au RGPD, vous pouvez exercer vos droits en écrivant à info@fecasbl.be. Une réclamation peut être introduite auprès de l’Autorité de protection des données.</w:t>
      </w:r>
    </w:p>
    <w:sectPr w:rsidR="00CF0CB4" w:rsidRPr="00F83ECF" w:rsidSect="00F83ECF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8BC0B" w14:textId="77777777" w:rsidR="00105246" w:rsidRDefault="00105246" w:rsidP="00F83ECF">
      <w:pPr>
        <w:spacing w:after="0" w:line="240" w:lineRule="auto"/>
      </w:pPr>
      <w:r>
        <w:separator/>
      </w:r>
    </w:p>
  </w:endnote>
  <w:endnote w:type="continuationSeparator" w:id="0">
    <w:p w14:paraId="33F9DB9F" w14:textId="77777777" w:rsidR="00105246" w:rsidRDefault="00105246" w:rsidP="00F83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Fira Sans">
    <w:altName w:val="Fira Sans"/>
    <w:panose1 w:val="020B0503050000020004"/>
    <w:charset w:val="00"/>
    <w:family w:val="swiss"/>
    <w:pitch w:val="variable"/>
    <w:sig w:usb0="600002FF" w:usb1="02000001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F778" w14:textId="1C701685" w:rsidR="00856B15" w:rsidRPr="00856B15" w:rsidRDefault="00B570DF" w:rsidP="00856B15">
    <w:pPr>
      <w:pStyle w:val="Pieddepage"/>
    </w:pPr>
    <w:r>
      <w:rPr>
        <w:rFonts w:ascii="Fira Sans" w:hAnsi="Fira Sans"/>
        <w:noProof/>
        <w:color w:val="06835A"/>
        <w:lang w:val="fr-BE"/>
      </w:rPr>
      <w:drawing>
        <wp:inline distT="0" distB="0" distL="0" distR="0" wp14:anchorId="63134BE4" wp14:editId="7C4B083F">
          <wp:extent cx="873369" cy="719195"/>
          <wp:effectExtent l="0" t="0" r="3175" b="5080"/>
          <wp:docPr id="93445500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370" cy="73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6B15">
      <w:rPr>
        <w:rFonts w:ascii="Fira Sans" w:hAnsi="Fira Sans"/>
        <w:noProof/>
        <w:color w:val="06835A"/>
        <w:lang w:val="fr-BE"/>
      </w:rPr>
      <w:drawing>
        <wp:inline distT="0" distB="0" distL="0" distR="0" wp14:anchorId="7D035B89" wp14:editId="5FB3569D">
          <wp:extent cx="777240" cy="728110"/>
          <wp:effectExtent l="0" t="0" r="3810" b="0"/>
          <wp:docPr id="1511928894" name="Image 6" descr="Une image contenant texte, Police, Graphiqu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928894" name="Image 6" descr="Une image contenant texte, Police, Graphique, logo&#10;&#10;Le contenu généré par l’IA peut êtr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554" cy="734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D0595" w14:textId="77777777" w:rsidR="00105246" w:rsidRDefault="00105246" w:rsidP="00F83ECF">
      <w:pPr>
        <w:spacing w:after="0" w:line="240" w:lineRule="auto"/>
      </w:pPr>
      <w:r>
        <w:separator/>
      </w:r>
    </w:p>
  </w:footnote>
  <w:footnote w:type="continuationSeparator" w:id="0">
    <w:p w14:paraId="52C56703" w14:textId="77777777" w:rsidR="00105246" w:rsidRDefault="00105246" w:rsidP="00F83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7B9BE" w14:textId="4C341640" w:rsidR="00F83ECF" w:rsidRDefault="00F83ECF" w:rsidP="00F83ECF">
    <w:pPr>
      <w:pStyle w:val="Titre1"/>
      <w:jc w:val="center"/>
      <w:rPr>
        <w:rFonts w:ascii="Fira Sans" w:hAnsi="Fira Sans"/>
        <w:color w:val="06835A"/>
        <w:lang w:val="fr-BE"/>
      </w:rPr>
    </w:pPr>
    <w:r w:rsidRPr="00F83ECF">
      <w:rPr>
        <w:rFonts w:ascii="Fira Sans" w:hAnsi="Fira Sans"/>
        <w:color w:val="06835A"/>
        <w:lang w:val="fr-BE"/>
      </w:rPr>
      <w:t>BULLETIN D’INSCRIPTION</w:t>
    </w:r>
  </w:p>
  <w:p w14:paraId="1F6BD0EE" w14:textId="5427ED5B" w:rsidR="00F83ECF" w:rsidRPr="00F83ECF" w:rsidRDefault="00F83ECF" w:rsidP="00F83ECF">
    <w:pPr>
      <w:pStyle w:val="Titre1"/>
      <w:jc w:val="center"/>
      <w:rPr>
        <w:rFonts w:ascii="Fira Sans" w:hAnsi="Fira Sans"/>
        <w:color w:val="06835A"/>
        <w:lang w:val="fr-BE"/>
      </w:rPr>
    </w:pPr>
    <w:r w:rsidRPr="00F83ECF">
      <w:rPr>
        <w:rFonts w:ascii="Fira Sans" w:hAnsi="Fira Sans"/>
        <w:color w:val="06835A"/>
        <w:lang w:val="fr-BE"/>
      </w:rPr>
      <w:t>F</w:t>
    </w:r>
    <w:r w:rsidR="00856B15">
      <w:rPr>
        <w:rFonts w:ascii="Fira Sans" w:hAnsi="Fira Sans"/>
        <w:color w:val="06835A"/>
        <w:lang w:val="fr-BE"/>
      </w:rPr>
      <w:t>ormation</w:t>
    </w:r>
    <w:r w:rsidRPr="00F83ECF">
      <w:rPr>
        <w:rFonts w:ascii="Fira Sans" w:hAnsi="Fira Sans"/>
        <w:color w:val="06835A"/>
        <w:lang w:val="fr-BE"/>
      </w:rPr>
      <w:t xml:space="preserve"> </w:t>
    </w:r>
    <w:r w:rsidR="00C65B4D">
      <w:rPr>
        <w:rFonts w:ascii="Fira Sans" w:hAnsi="Fira Sans"/>
        <w:color w:val="06835A"/>
        <w:lang w:val="fr-BE"/>
      </w:rPr>
      <w:t>« </w:t>
    </w:r>
    <w:r w:rsidR="00B570DF">
      <w:rPr>
        <w:rFonts w:ascii="Fira Sans" w:hAnsi="Fira Sans"/>
        <w:color w:val="06835A"/>
        <w:lang w:val="fr-BE"/>
      </w:rPr>
      <w:t>entreprise et biodiversité</w:t>
    </w:r>
    <w:r w:rsidR="00C65B4D">
      <w:rPr>
        <w:rFonts w:ascii="Fira Sans" w:hAnsi="Fira Sans"/>
        <w:color w:val="06835A"/>
        <w:lang w:val="fr-BE"/>
      </w:rPr>
      <w:t> »</w:t>
    </w:r>
  </w:p>
  <w:p w14:paraId="6745EF41" w14:textId="77777777" w:rsidR="00F83ECF" w:rsidRPr="00F83ECF" w:rsidRDefault="00F83ECF">
    <w:pPr>
      <w:pStyle w:val="En-tte"/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87692438">
    <w:abstractNumId w:val="8"/>
  </w:num>
  <w:num w:numId="2" w16cid:durableId="109515392">
    <w:abstractNumId w:val="6"/>
  </w:num>
  <w:num w:numId="3" w16cid:durableId="168253454">
    <w:abstractNumId w:val="5"/>
  </w:num>
  <w:num w:numId="4" w16cid:durableId="1903905695">
    <w:abstractNumId w:val="4"/>
  </w:num>
  <w:num w:numId="5" w16cid:durableId="1991278195">
    <w:abstractNumId w:val="7"/>
  </w:num>
  <w:num w:numId="6" w16cid:durableId="1813475663">
    <w:abstractNumId w:val="3"/>
  </w:num>
  <w:num w:numId="7" w16cid:durableId="1595092084">
    <w:abstractNumId w:val="2"/>
  </w:num>
  <w:num w:numId="8" w16cid:durableId="2044789954">
    <w:abstractNumId w:val="1"/>
  </w:num>
  <w:num w:numId="9" w16cid:durableId="164754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05246"/>
    <w:rsid w:val="00144A5B"/>
    <w:rsid w:val="0015074B"/>
    <w:rsid w:val="00193402"/>
    <w:rsid w:val="001A7643"/>
    <w:rsid w:val="002555DD"/>
    <w:rsid w:val="0027080E"/>
    <w:rsid w:val="0029639D"/>
    <w:rsid w:val="00326F90"/>
    <w:rsid w:val="003B2CB1"/>
    <w:rsid w:val="004050F6"/>
    <w:rsid w:val="00486C9D"/>
    <w:rsid w:val="00540CED"/>
    <w:rsid w:val="0059514B"/>
    <w:rsid w:val="006A204B"/>
    <w:rsid w:val="00814B8B"/>
    <w:rsid w:val="008357FA"/>
    <w:rsid w:val="00856B15"/>
    <w:rsid w:val="00AA1D8D"/>
    <w:rsid w:val="00AF2CE5"/>
    <w:rsid w:val="00B47730"/>
    <w:rsid w:val="00B570DF"/>
    <w:rsid w:val="00C434A7"/>
    <w:rsid w:val="00C65B4D"/>
    <w:rsid w:val="00CB0664"/>
    <w:rsid w:val="00CF0CB4"/>
    <w:rsid w:val="00D0762B"/>
    <w:rsid w:val="00DA4370"/>
    <w:rsid w:val="00DE15C3"/>
    <w:rsid w:val="00EB519D"/>
    <w:rsid w:val="00EE027E"/>
    <w:rsid w:val="00F14458"/>
    <w:rsid w:val="00F83EC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4D1DAF"/>
  <w14:defaultImageDpi w14:val="300"/>
  <w15:docId w15:val="{0465EB3D-C0A9-49EF-A06F-C2BBC9864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Lienhypertexte">
    <w:name w:val="Hyperlink"/>
    <w:basedOn w:val="Policepardfaut"/>
    <w:uiPriority w:val="99"/>
    <w:unhideWhenUsed/>
    <w:rsid w:val="00F83EC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3EC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A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eronique.laret@acv-csc.b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v&#233;ronique.laret@acv-csc.b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hanny.moray@acv-csc.b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97A836AEED574ABE2584E29A532CE4" ma:contentTypeVersion="16" ma:contentTypeDescription="Crée un document." ma:contentTypeScope="" ma:versionID="b1f42a0946ae15c3ec48be40664ee680">
  <xsd:schema xmlns:xsd="http://www.w3.org/2001/XMLSchema" xmlns:xs="http://www.w3.org/2001/XMLSchema" xmlns:p="http://schemas.microsoft.com/office/2006/metadata/properties" xmlns:ns2="35fd716e-e702-443a-b6e5-dc718f6730ee" xmlns:ns3="eb20804c-470d-4d34-a866-96550e009f80" targetNamespace="http://schemas.microsoft.com/office/2006/metadata/properties" ma:root="true" ma:fieldsID="ec40cd536132006282b23eec09344177" ns2:_="" ns3:_="">
    <xsd:import namespace="35fd716e-e702-443a-b6e5-dc718f6730ee"/>
    <xsd:import namespace="eb20804c-470d-4d34-a866-96550e009f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fd716e-e702-443a-b6e5-dc718f673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a2598b1-08ab-4950-8754-92b55e3dff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0804c-470d-4d34-a866-96550e009f8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26eeb8f-3cb5-43ab-baae-da06fa683f8b}" ma:internalName="TaxCatchAll" ma:showField="CatchAllData" ma:web="eb20804c-470d-4d34-a866-96550e009f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20804c-470d-4d34-a866-96550e009f80" xsi:nil="true"/>
    <lcf76f155ced4ddcb4097134ff3c332f xmlns="35fd716e-e702-443a-b6e5-dc718f6730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404827-F558-46FC-9BF4-535CFADDDA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fd716e-e702-443a-b6e5-dc718f6730ee"/>
    <ds:schemaRef ds:uri="eb20804c-470d-4d34-a866-96550e009f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FE3CED-5F9A-4B68-AC25-A4CD2C634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7604A3-E859-422D-B58F-ABABB4D6A698}">
  <ds:schemaRefs>
    <ds:schemaRef ds:uri="http://schemas.microsoft.com/office/2006/metadata/properties"/>
    <ds:schemaRef ds:uri="http://schemas.microsoft.com/office/infopath/2007/PartnerControls"/>
    <ds:schemaRef ds:uri="eb20804c-470d-4d34-a866-96550e009f80"/>
    <ds:schemaRef ds:uri="35fd716e-e702-443a-b6e5-dc718f6730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358</Words>
  <Characters>1970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Phanny Moray</cp:lastModifiedBy>
  <cp:revision>12</cp:revision>
  <dcterms:created xsi:type="dcterms:W3CDTF">2025-05-28T14:47:00Z</dcterms:created>
  <dcterms:modified xsi:type="dcterms:W3CDTF">2025-06-11T08:39:00Z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0x010100A197A836AEED574ABE2584E29A532CE4</vt:lpwstr>
  </property>
  <property fmtid="{D5CDD505-2E9C-101B-9397-08002B2CF9AE}" pid="3" name="MediaServiceImageTags">
    <vt:lpwstr/>
  </property>
</Properties>
</file>